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ולהכיר את אותיות האלף-בית בסדר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סימני ניקוד בסיסיים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כתב דפוס לכתב 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22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פתח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כתב יד כתוב ביד בצורה מחוברת, דפוס מודפס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סגול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 היא האות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ת היא האות האחרונה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אלו הצורות המיוחדות בסוף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ניקוד הם סימנים שמתווספים לאותיות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הבדלים בצורת האותיות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שניהם סימני ניקוד מוכרים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סידור לפי 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בדיקת מספר מילים, שימוש נכון באותיות וניקוד תקין לפחות במילה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בדיקה שהתלמיד כתב את אותו משפט בשתי הצורות ושיש הבדל ברור בין הכתבים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הנכונה: 22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נכונה: ך, ם, ן, ף או 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שכתב יד כתוב ביד בצורה מחוברת ושונה מהדפוס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לוח האותיות לפני תחילת הדף כדי לרענן זיכרון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כתיבה בפועל על הלוח או במחברת בנוסף לדף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אותיות, ניקוד וכתב יד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את אותיות האלף-בית, נכיר כמה סימני ניקוד, ונלמד להבדיל בין כתב דפוס לכתב יד.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אותיות יש באלף-בית העברי?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אות באה אחרי האות 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הניקוד שנראה כמו קו קטן מתחת לאות ונשמע כמו תנועת a?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פתח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מהבאות היא אות סופית?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כתב דפוס לכתב יד?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כתב יד כתוב ביד בצורה מחוברת, דפוס מודפס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דפוס רק באנגלית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 יד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איזה ניקוד נראה כמו שלוש נקודות?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הראשונה באלף-בית היא 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ת היא האות הראשונה באלף-בית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לאותיות ך ם ן ף ץ קוראים אותיות סופיות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ניקוד הוא כתיבה בלי אותיות בכלל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יד נכתב באותה צורה בדיוק כמו כתב דפוס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קמץ ופתח הם שני סוגים של 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האות שבאה אחרי האות ה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האחרונה באלף-בית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כשהאות מ נמצאת בסוף מילה כותבים אותה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כשהאות נ נמצאת בסוף מילה כותבים אותה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סימן הניקוד שנראה כמו ת קטנה הפוכה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סידור לפי 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3 מילים קצרות באמצעות אותיות שאתם אוהבים, והוסיפו ניקוד למילה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קצר פעם אחת בכתב דפוס ופעם אחת בכתב 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אותיות יש באלף-בית העברי?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לאות סופית אחת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כתב דפוס לכתב יד?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אותיות, ניקוד וכתב יד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